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t>Кому: ________________________________________________</w:t>
      </w:r>
    </w:p>
    <w:p>
      <w:r>
        <w:t>Адрес: _______________________________________________</w:t>
      </w:r>
    </w:p>
    <w:p/>
    <w:p>
      <w:r>
        <w:t>От: _________________________________________________</w:t>
      </w:r>
    </w:p>
    <w:p>
      <w:r>
        <w:t>Адрес: _______________________________________________</w:t>
      </w:r>
    </w:p>
    <w:p>
      <w:r>
        <w:t>Телефон/e-mail: ______________________________________</w:t>
      </w:r>
    </w:p>
    <w:p/>
    <w:p>
      <w:pPr>
        <w:jc w:val="center"/>
      </w:pPr>
      <w:r>
        <w:rPr>
          <w:b/>
          <w:sz w:val="28"/>
        </w:rPr>
        <w:t>ЗАЯВЛЕНИЕ НА УВОЛЬНЕНИЕ</w:t>
      </w:r>
    </w:p>
    <w:p/>
    <w:p>
      <w:r>
        <w:t>Прошу: 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Обстоятельства: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>
      <w:r>
        <w:t>__________________________________________________________________________________</w:t>
      </w:r>
    </w:p>
    <w:p/>
    <w:p>
      <w:r>
        <w:t>Приложения:</w:t>
      </w:r>
    </w:p>
    <w:p>
      <w:r>
        <w:t>1. ________________________________________________________________________________</w:t>
      </w:r>
    </w:p>
    <w:p>
      <w:r>
        <w:t>2. ________________________________________________________________________________</w:t>
      </w:r>
    </w:p>
    <w:p/>
    <w:p>
      <w:r>
        <w:t>Подпись: __________________ /__________________/</w:t>
      </w:r>
    </w:p>
    <w:p>
      <w:r>
        <w:t>Дата: «___» __________ 20__ г.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